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D84" w:rsidRDefault="001675FB">
      <w:pPr>
        <w:pStyle w:val="Tytu"/>
        <w:jc w:val="center"/>
      </w:pPr>
      <w:r>
        <w:t>AUDYT SZKOLNEJ PRACOWNI KOMPUTEROWEJ</w:t>
      </w:r>
    </w:p>
    <w:p w:rsidR="008E1D84" w:rsidRDefault="001675FB">
      <w:pPr>
        <w:jc w:val="center"/>
      </w:pPr>
      <w:r>
        <w:rPr>
          <w:b/>
          <w:color w:val="404040"/>
          <w:sz w:val="23"/>
        </w:rPr>
        <w:t>Zadanie praktyczne – klasa 2 technikum informatycznego</w:t>
      </w:r>
    </w:p>
    <w:tbl>
      <w:tblPr>
        <w:tblW w:w="0" w:type="auto"/>
        <w:jc w:val="center"/>
        <w:tblBorders>
          <w:top w:val="single" w:sz="7" w:space="0" w:color="B4C6E7"/>
          <w:left w:val="single" w:sz="7" w:space="0" w:color="B4C6E7"/>
          <w:bottom w:val="single" w:sz="7" w:space="0" w:color="B4C6E7"/>
          <w:right w:val="single" w:sz="7" w:space="0" w:color="B4C6E7"/>
          <w:insideH w:val="single" w:sz="7" w:space="0" w:color="B4C6E7"/>
          <w:insideV w:val="single" w:sz="7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2948"/>
        <w:gridCol w:w="2948"/>
      </w:tblGrid>
      <w:tr w:rsidR="008E1D84">
        <w:trPr>
          <w:jc w:val="center"/>
        </w:trPr>
        <w:tc>
          <w:tcPr>
            <w:tcW w:w="4025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1D84" w:rsidRDefault="001675FB">
            <w:pPr>
              <w:keepLines/>
            </w:pPr>
            <w:r>
              <w:rPr>
                <w:b/>
                <w:sz w:val="19"/>
              </w:rPr>
              <w:t>Imię i nazwisko: ........................................</w:t>
            </w:r>
          </w:p>
        </w:tc>
        <w:tc>
          <w:tcPr>
            <w:tcW w:w="2948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1D84" w:rsidRDefault="001675FB">
            <w:pPr>
              <w:keepLines/>
            </w:pPr>
            <w:r>
              <w:rPr>
                <w:b/>
                <w:sz w:val="19"/>
              </w:rPr>
              <w:t>Data: ............................</w:t>
            </w:r>
          </w:p>
        </w:tc>
        <w:tc>
          <w:tcPr>
            <w:tcW w:w="2948" w:type="dxa"/>
            <w:shd w:val="clear" w:color="auto" w:fill="EAF2F8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E1D84" w:rsidRDefault="001675FB">
            <w:pPr>
              <w:keepLines/>
            </w:pPr>
            <w:r>
              <w:rPr>
                <w:b/>
                <w:sz w:val="19"/>
              </w:rPr>
              <w:t>Zespół: ............................</w:t>
            </w:r>
          </w:p>
        </w:tc>
      </w:tr>
    </w:tbl>
    <w:p w:rsidR="008E1D84" w:rsidRDefault="008E1D84"/>
    <w:p w:rsidR="008E1D84" w:rsidRDefault="001675FB">
      <w:r>
        <w:rPr>
          <w:b/>
          <w:color w:val="1F4E79"/>
          <w:sz w:val="24"/>
        </w:rPr>
        <w:t>SYTUACJA ZAWODOWA</w:t>
      </w:r>
    </w:p>
    <w:tbl>
      <w:tblPr>
        <w:tblW w:w="0" w:type="auto"/>
        <w:jc w:val="center"/>
        <w:tblBorders>
          <w:top w:val="single" w:sz="8" w:space="0" w:color="9FBAD0"/>
          <w:left w:val="single" w:sz="8" w:space="0" w:color="9FBAD0"/>
          <w:bottom w:val="single" w:sz="8" w:space="0" w:color="9FBAD0"/>
          <w:right w:val="single" w:sz="8" w:space="0" w:color="9FBAD0"/>
          <w:insideH w:val="single" w:sz="8" w:space="0" w:color="9FBAD0"/>
          <w:insideV w:val="single" w:sz="8" w:space="0" w:color="9FBAD0"/>
        </w:tblBorders>
        <w:tblLook w:val="04A0" w:firstRow="1" w:lastRow="0" w:firstColumn="1" w:lastColumn="0" w:noHBand="0" w:noVBand="1"/>
      </w:tblPr>
      <w:tblGrid>
        <w:gridCol w:w="10426"/>
      </w:tblGrid>
      <w:tr w:rsidR="008E1D84">
        <w:trPr>
          <w:jc w:val="center"/>
        </w:trPr>
        <w:tc>
          <w:tcPr>
            <w:tcW w:w="10426" w:type="dxa"/>
            <w:shd w:val="clear" w:color="auto" w:fill="F3F6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E1D84" w:rsidRDefault="001675FB">
            <w:pPr>
              <w:keepLines/>
            </w:pPr>
            <w:r>
              <w:t xml:space="preserve">Dyrekcja szkoły planuje modernizację pracowni komputerowej. Jako zespół techników informatyków masz przeprowadzić audyt pięciu stanowisk. </w:t>
            </w:r>
            <w:r>
              <w:rPr>
                <w:b/>
              </w:rPr>
              <w:t>Twoim celem jest wskazanie sprzętu, który można pozostawić, sprzętu wymagającego modernizacji oraz stanowisk, które wa</w:t>
            </w:r>
            <w:r>
              <w:rPr>
                <w:b/>
              </w:rPr>
              <w:t xml:space="preserve">rto rozważyć do wymiany. </w:t>
            </w:r>
            <w:r>
              <w:t>Nie wymieniaj całego komputera, jeżeli problem można rozsądnie usunąć przez modernizację jednego lub kilku podzespołów.</w:t>
            </w:r>
          </w:p>
        </w:tc>
      </w:tr>
    </w:tbl>
    <w:p w:rsidR="008E1D84" w:rsidRDefault="001675FB">
      <w:pPr>
        <w:pStyle w:val="Nagwek1"/>
      </w:pPr>
      <w:r>
        <w:t>1. Dane zebrane podczas audytu</w:t>
      </w:r>
    </w:p>
    <w:tbl>
      <w:tblPr>
        <w:tblStyle w:val="Tabela-Siatka"/>
        <w:tblW w:w="0" w:type="auto"/>
        <w:jc w:val="center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57"/>
        <w:gridCol w:w="794"/>
        <w:gridCol w:w="1417"/>
        <w:gridCol w:w="1247"/>
        <w:gridCol w:w="1247"/>
        <w:gridCol w:w="2381"/>
      </w:tblGrid>
      <w:tr w:rsidR="008E1D84">
        <w:trPr>
          <w:tblHeader/>
          <w:jc w:val="center"/>
        </w:trPr>
        <w:tc>
          <w:tcPr>
            <w:tcW w:w="680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6"/>
              </w:rPr>
              <w:t>Stan.</w:t>
            </w:r>
          </w:p>
        </w:tc>
        <w:tc>
          <w:tcPr>
            <w:tcW w:w="1757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6"/>
              </w:rPr>
              <w:t>Procesor</w:t>
            </w:r>
          </w:p>
        </w:tc>
        <w:tc>
          <w:tcPr>
            <w:tcW w:w="794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6"/>
              </w:rPr>
              <w:t>RAM</w:t>
            </w:r>
          </w:p>
        </w:tc>
        <w:tc>
          <w:tcPr>
            <w:tcW w:w="1417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6"/>
              </w:rPr>
              <w:t>Dysk</w:t>
            </w:r>
          </w:p>
        </w:tc>
        <w:tc>
          <w:tcPr>
            <w:tcW w:w="1247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6"/>
              </w:rPr>
              <w:t>System</w:t>
            </w:r>
          </w:p>
        </w:tc>
        <w:tc>
          <w:tcPr>
            <w:tcW w:w="1247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6"/>
              </w:rPr>
              <w:t>Monitor</w:t>
            </w:r>
          </w:p>
        </w:tc>
        <w:tc>
          <w:tcPr>
            <w:tcW w:w="2381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6"/>
              </w:rPr>
              <w:t>Uwagi użytkownika</w:t>
            </w:r>
          </w:p>
        </w:tc>
      </w:tr>
      <w:tr w:rsidR="008E1D84">
        <w:trPr>
          <w:jc w:val="center"/>
        </w:trPr>
        <w:tc>
          <w:tcPr>
            <w:tcW w:w="680" w:type="dxa"/>
            <w:shd w:val="clear" w:color="auto" w:fill="D9EAF7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PC-01</w:t>
            </w:r>
          </w:p>
        </w:tc>
        <w:tc>
          <w:tcPr>
            <w:tcW w:w="17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 xml:space="preserve">Intel Core </w:t>
            </w:r>
            <w:r>
              <w:rPr>
                <w:sz w:val="16"/>
              </w:rPr>
              <w:t>i5-10400</w:t>
            </w:r>
          </w:p>
        </w:tc>
        <w:tc>
          <w:tcPr>
            <w:tcW w:w="79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16 GB</w:t>
            </w:r>
          </w:p>
        </w:tc>
        <w:tc>
          <w:tcPr>
            <w:tcW w:w="141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SSD NVMe 500 GB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Windows 11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24” Full HD</w:t>
            </w:r>
          </w:p>
        </w:tc>
        <w:tc>
          <w:tcPr>
            <w:tcW w:w="238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działa prawidłowo</w:t>
            </w:r>
          </w:p>
        </w:tc>
      </w:tr>
      <w:tr w:rsidR="008E1D84">
        <w:trPr>
          <w:jc w:val="center"/>
        </w:trPr>
        <w:tc>
          <w:tcPr>
            <w:tcW w:w="680" w:type="dxa"/>
            <w:shd w:val="clear" w:color="auto" w:fill="D9EAF7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PC-02</w:t>
            </w:r>
          </w:p>
        </w:tc>
        <w:tc>
          <w:tcPr>
            <w:tcW w:w="17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Intel Core i3-6100</w:t>
            </w:r>
          </w:p>
        </w:tc>
        <w:tc>
          <w:tcPr>
            <w:tcW w:w="79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8 GB</w:t>
            </w:r>
          </w:p>
        </w:tc>
        <w:tc>
          <w:tcPr>
            <w:tcW w:w="141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HDD 500 GB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Windows 10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22” Full HD</w:t>
            </w:r>
          </w:p>
        </w:tc>
        <w:tc>
          <w:tcPr>
            <w:tcW w:w="238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bardzo wolny start systemu</w:t>
            </w:r>
          </w:p>
        </w:tc>
      </w:tr>
      <w:tr w:rsidR="008E1D84">
        <w:trPr>
          <w:jc w:val="center"/>
        </w:trPr>
        <w:tc>
          <w:tcPr>
            <w:tcW w:w="680" w:type="dxa"/>
            <w:shd w:val="clear" w:color="auto" w:fill="D9EAF7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PC-03</w:t>
            </w:r>
          </w:p>
        </w:tc>
        <w:tc>
          <w:tcPr>
            <w:tcW w:w="17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Ryzen 5 5600G</w:t>
            </w:r>
          </w:p>
        </w:tc>
        <w:tc>
          <w:tcPr>
            <w:tcW w:w="79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16 GB</w:t>
            </w:r>
          </w:p>
        </w:tc>
        <w:tc>
          <w:tcPr>
            <w:tcW w:w="141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SSD NVMe 1 TB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Windows 11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24” Full HD</w:t>
            </w:r>
          </w:p>
        </w:tc>
        <w:tc>
          <w:tcPr>
            <w:tcW w:w="238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brak usterek</w:t>
            </w:r>
          </w:p>
        </w:tc>
      </w:tr>
      <w:tr w:rsidR="008E1D84">
        <w:trPr>
          <w:jc w:val="center"/>
        </w:trPr>
        <w:tc>
          <w:tcPr>
            <w:tcW w:w="680" w:type="dxa"/>
            <w:shd w:val="clear" w:color="auto" w:fill="D9EAF7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PC-04</w:t>
            </w:r>
          </w:p>
        </w:tc>
        <w:tc>
          <w:tcPr>
            <w:tcW w:w="17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 xml:space="preserve">Intel </w:t>
            </w:r>
            <w:r>
              <w:rPr>
                <w:sz w:val="16"/>
              </w:rPr>
              <w:t>Core i5-7400</w:t>
            </w:r>
          </w:p>
        </w:tc>
        <w:tc>
          <w:tcPr>
            <w:tcW w:w="79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4 GB</w:t>
            </w:r>
          </w:p>
        </w:tc>
        <w:tc>
          <w:tcPr>
            <w:tcW w:w="141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HDD 1 TB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Windows 10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19” 1366×768</w:t>
            </w:r>
          </w:p>
        </w:tc>
        <w:tc>
          <w:tcPr>
            <w:tcW w:w="238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często zwalnia podczas pracy</w:t>
            </w:r>
          </w:p>
        </w:tc>
      </w:tr>
      <w:tr w:rsidR="008E1D84">
        <w:trPr>
          <w:jc w:val="center"/>
        </w:trPr>
        <w:tc>
          <w:tcPr>
            <w:tcW w:w="680" w:type="dxa"/>
            <w:shd w:val="clear" w:color="auto" w:fill="D9EAF7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PC-05</w:t>
            </w:r>
          </w:p>
        </w:tc>
        <w:tc>
          <w:tcPr>
            <w:tcW w:w="17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Ryzen 5 3600</w:t>
            </w:r>
          </w:p>
        </w:tc>
        <w:tc>
          <w:tcPr>
            <w:tcW w:w="79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8 GB</w:t>
            </w:r>
          </w:p>
        </w:tc>
        <w:tc>
          <w:tcPr>
            <w:tcW w:w="141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SSD SATA 500 GB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Windows 11</w:t>
            </w:r>
          </w:p>
        </w:tc>
        <w:tc>
          <w:tcPr>
            <w:tcW w:w="124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24” Full HD</w:t>
            </w:r>
          </w:p>
        </w:tc>
        <w:tc>
          <w:tcPr>
            <w:tcW w:w="238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:rsidR="008E1D84" w:rsidRDefault="001675FB">
            <w:pPr>
              <w:keepLines/>
            </w:pPr>
            <w:r>
              <w:rPr>
                <w:sz w:val="16"/>
              </w:rPr>
              <w:t>przy wielu programach brakuje pamięci</w:t>
            </w:r>
          </w:p>
        </w:tc>
      </w:tr>
    </w:tbl>
    <w:p w:rsidR="008E1D84" w:rsidRDefault="001675FB">
      <w:pPr>
        <w:pStyle w:val="Nagwek1"/>
      </w:pPr>
      <w:r>
        <w:t>2. Ocena stanowisk</w:t>
      </w:r>
    </w:p>
    <w:p w:rsidR="008E1D84" w:rsidRDefault="001675FB">
      <w:r>
        <w:t xml:space="preserve">Przydziel każdemu komputerowi kategorię: </w:t>
      </w:r>
      <w:r>
        <w:rPr>
          <w:b/>
        </w:rPr>
        <w:t xml:space="preserve">A – dobry </w:t>
      </w:r>
      <w:r>
        <w:rPr>
          <w:b/>
        </w:rPr>
        <w:t>stan, B – wymaga modernizacji, C – rozważyć wymianę.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814"/>
        <w:gridCol w:w="6690"/>
      </w:tblGrid>
      <w:tr w:rsidR="008E1D84">
        <w:trPr>
          <w:jc w:val="center"/>
        </w:trPr>
        <w:tc>
          <w:tcPr>
            <w:tcW w:w="1247" w:type="dxa"/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8"/>
              </w:rPr>
              <w:t>Stanowisko</w:t>
            </w:r>
          </w:p>
        </w:tc>
        <w:tc>
          <w:tcPr>
            <w:tcW w:w="1814" w:type="dxa"/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8"/>
              </w:rPr>
              <w:t>Ocena A/B/C</w:t>
            </w:r>
          </w:p>
        </w:tc>
        <w:tc>
          <w:tcPr>
            <w:tcW w:w="6690" w:type="dxa"/>
            <w:shd w:val="clear" w:color="auto" w:fill="2F559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8"/>
              </w:rPr>
              <w:t>Uzasadnienie decyzji</w:t>
            </w:r>
          </w:p>
        </w:tc>
      </w:tr>
      <w:tr w:rsidR="008E1D84">
        <w:trPr>
          <w:jc w:val="center"/>
        </w:trPr>
        <w:tc>
          <w:tcPr>
            <w:tcW w:w="1247" w:type="dxa"/>
            <w:shd w:val="clear" w:color="auto" w:fill="EAF2F8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1675FB">
            <w:pPr>
              <w:keepLines/>
            </w:pPr>
            <w:r>
              <w:t>PC-01</w:t>
            </w:r>
          </w:p>
        </w:tc>
        <w:tc>
          <w:tcPr>
            <w:tcW w:w="1814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6690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  <w:tr w:rsidR="008E1D84">
        <w:trPr>
          <w:jc w:val="center"/>
        </w:trPr>
        <w:tc>
          <w:tcPr>
            <w:tcW w:w="1247" w:type="dxa"/>
            <w:shd w:val="clear" w:color="auto" w:fill="EAF2F8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1675FB">
            <w:pPr>
              <w:keepLines/>
            </w:pPr>
            <w:r>
              <w:t>PC-02</w:t>
            </w:r>
          </w:p>
        </w:tc>
        <w:tc>
          <w:tcPr>
            <w:tcW w:w="1814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6690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  <w:tr w:rsidR="008E1D84">
        <w:trPr>
          <w:jc w:val="center"/>
        </w:trPr>
        <w:tc>
          <w:tcPr>
            <w:tcW w:w="1247" w:type="dxa"/>
            <w:shd w:val="clear" w:color="auto" w:fill="EAF2F8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1675FB">
            <w:pPr>
              <w:keepLines/>
            </w:pPr>
            <w:r>
              <w:t>PC-03</w:t>
            </w:r>
          </w:p>
        </w:tc>
        <w:tc>
          <w:tcPr>
            <w:tcW w:w="1814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6690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  <w:tr w:rsidR="008E1D84">
        <w:trPr>
          <w:jc w:val="center"/>
        </w:trPr>
        <w:tc>
          <w:tcPr>
            <w:tcW w:w="1247" w:type="dxa"/>
            <w:shd w:val="clear" w:color="auto" w:fill="EAF2F8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1675FB">
            <w:pPr>
              <w:keepLines/>
            </w:pPr>
            <w:r>
              <w:t>PC-04</w:t>
            </w:r>
          </w:p>
        </w:tc>
        <w:tc>
          <w:tcPr>
            <w:tcW w:w="1814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6690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  <w:tr w:rsidR="008E1D84">
        <w:trPr>
          <w:jc w:val="center"/>
        </w:trPr>
        <w:tc>
          <w:tcPr>
            <w:tcW w:w="1247" w:type="dxa"/>
            <w:shd w:val="clear" w:color="auto" w:fill="EAF2F8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1675FB">
            <w:pPr>
              <w:keepLines/>
            </w:pPr>
            <w:r>
              <w:t>PC-05</w:t>
            </w:r>
          </w:p>
        </w:tc>
        <w:tc>
          <w:tcPr>
            <w:tcW w:w="1814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6690" w:type="dxa"/>
            <w:tcMar>
              <w:top w:w="150" w:type="dxa"/>
              <w:left w:w="80" w:type="dxa"/>
              <w:bottom w:w="15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</w:tbl>
    <w:p w:rsidR="00F41910" w:rsidRDefault="00F41910">
      <w:pPr>
        <w:pStyle w:val="Nagwek1"/>
      </w:pPr>
    </w:p>
    <w:p w:rsidR="00F41910" w:rsidRDefault="00F41910" w:rsidP="00F41910">
      <w:pPr>
        <w:rPr>
          <w:rFonts w:asciiTheme="majorHAnsi" w:eastAsiaTheme="majorEastAsia" w:hAnsiTheme="majorHAnsi" w:cstheme="majorBidi"/>
          <w:color w:val="1F4E78"/>
          <w:sz w:val="28"/>
          <w:szCs w:val="28"/>
        </w:rPr>
      </w:pPr>
      <w:r>
        <w:br w:type="page"/>
      </w:r>
    </w:p>
    <w:p w:rsidR="008E1D84" w:rsidRDefault="001675FB">
      <w:pPr>
        <w:pStyle w:val="Nagwek1"/>
      </w:pPr>
      <w:r>
        <w:lastRenderedPageBreak/>
        <w:t>3</w:t>
      </w:r>
      <w:r>
        <w:t>. Znajdź „wąskie gardło”</w:t>
      </w:r>
    </w:p>
    <w:p w:rsidR="008E1D84" w:rsidRDefault="001675FB">
      <w:r>
        <w:t>Wskaż element, który najbardziej ogranicza wydajność każdego stanowiska. Jeśli komputer</w:t>
      </w:r>
      <w:r>
        <w:t xml:space="preserve"> nie ma wyraźnego problemu, wpisz „brak istotnego wąskiego gardła”.</w:t>
      </w:r>
    </w:p>
    <w:p w:rsidR="008E1D84" w:rsidRDefault="001675FB">
      <w:pPr>
        <w:ind w:left="170"/>
      </w:pPr>
      <w:r>
        <w:rPr>
          <w:b/>
        </w:rPr>
        <w:t xml:space="preserve">PC-01 → </w:t>
      </w:r>
      <w:r>
        <w:t>........................................................................................................................</w:t>
      </w:r>
    </w:p>
    <w:p w:rsidR="008E1D84" w:rsidRDefault="001675FB">
      <w:pPr>
        <w:ind w:left="170"/>
      </w:pPr>
      <w:r>
        <w:rPr>
          <w:b/>
        </w:rPr>
        <w:t xml:space="preserve">PC-02 → </w:t>
      </w:r>
      <w:r>
        <w:t>...................................................</w:t>
      </w:r>
      <w:r>
        <w:t>.....................................................................</w:t>
      </w:r>
    </w:p>
    <w:p w:rsidR="008E1D84" w:rsidRDefault="001675FB">
      <w:pPr>
        <w:ind w:left="170"/>
      </w:pPr>
      <w:r>
        <w:rPr>
          <w:b/>
        </w:rPr>
        <w:t xml:space="preserve">PC-03 → </w:t>
      </w:r>
      <w:r>
        <w:t>........................................................................................................................</w:t>
      </w:r>
    </w:p>
    <w:p w:rsidR="008E1D84" w:rsidRDefault="001675FB">
      <w:pPr>
        <w:ind w:left="170"/>
      </w:pPr>
      <w:r>
        <w:rPr>
          <w:b/>
        </w:rPr>
        <w:t xml:space="preserve">PC-04 → </w:t>
      </w:r>
      <w:r>
        <w:t>.................................................</w:t>
      </w:r>
      <w:r>
        <w:t>.......................................................................</w:t>
      </w:r>
    </w:p>
    <w:p w:rsidR="008E1D84" w:rsidRDefault="001675FB">
      <w:pPr>
        <w:ind w:left="170"/>
      </w:pPr>
      <w:r>
        <w:rPr>
          <w:b/>
        </w:rPr>
        <w:t xml:space="preserve">PC-05 → </w:t>
      </w:r>
      <w:r>
        <w:t>........................................................................................................................</w:t>
      </w:r>
    </w:p>
    <w:p w:rsidR="008E1D84" w:rsidRDefault="001675FB">
      <w:pPr>
        <w:pStyle w:val="Nagwek1"/>
      </w:pPr>
      <w:r>
        <w:t>4. Plan modernizacji</w:t>
      </w:r>
    </w:p>
    <w:p w:rsidR="008E1D84" w:rsidRDefault="001675FB">
      <w:r>
        <w:t>Masz ograniczony budżet. Wybierz t</w:t>
      </w:r>
      <w:r>
        <w:t>rzy stanowiska, dla których modernizacja da największy efekt w stosunku do kosztu. Zapisz konkretną propozycję i uzasadnienie.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2721"/>
        <w:gridCol w:w="4139"/>
        <w:gridCol w:w="1701"/>
      </w:tblGrid>
      <w:tr w:rsidR="008E1D84">
        <w:trPr>
          <w:jc w:val="center"/>
        </w:trPr>
        <w:tc>
          <w:tcPr>
            <w:tcW w:w="1304" w:type="dxa"/>
            <w:shd w:val="clear" w:color="auto" w:fill="1F4E7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8"/>
              </w:rPr>
              <w:t>Komputer</w:t>
            </w:r>
          </w:p>
        </w:tc>
        <w:tc>
          <w:tcPr>
            <w:tcW w:w="2721" w:type="dxa"/>
            <w:shd w:val="clear" w:color="auto" w:fill="1F4E7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8"/>
              </w:rPr>
              <w:t>Co wymienisz / dodasz?</w:t>
            </w:r>
          </w:p>
        </w:tc>
        <w:tc>
          <w:tcPr>
            <w:tcW w:w="4139" w:type="dxa"/>
            <w:shd w:val="clear" w:color="auto" w:fill="1F4E7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8"/>
              </w:rPr>
              <w:t>Dlaczego właśnie to?</w:t>
            </w:r>
          </w:p>
        </w:tc>
        <w:tc>
          <w:tcPr>
            <w:tcW w:w="1701" w:type="dxa"/>
            <w:shd w:val="clear" w:color="auto" w:fill="1F4E7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8"/>
              </w:rPr>
              <w:t>Priorytet 1–3</w:t>
            </w:r>
          </w:p>
        </w:tc>
      </w:tr>
      <w:tr w:rsidR="008E1D84">
        <w:trPr>
          <w:jc w:val="center"/>
        </w:trPr>
        <w:tc>
          <w:tcPr>
            <w:tcW w:w="1304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2721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4139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1701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  <w:tr w:rsidR="008E1D84">
        <w:trPr>
          <w:jc w:val="center"/>
        </w:trPr>
        <w:tc>
          <w:tcPr>
            <w:tcW w:w="1304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2721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4139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1701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  <w:tr w:rsidR="008E1D84">
        <w:trPr>
          <w:jc w:val="center"/>
        </w:trPr>
        <w:tc>
          <w:tcPr>
            <w:tcW w:w="1304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2721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4139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  <w:tc>
          <w:tcPr>
            <w:tcW w:w="1701" w:type="dxa"/>
            <w:tcMar>
              <w:top w:w="280" w:type="dxa"/>
              <w:left w:w="80" w:type="dxa"/>
              <w:bottom w:w="280" w:type="dxa"/>
              <w:right w:w="80" w:type="dxa"/>
            </w:tcMar>
          </w:tcPr>
          <w:p w:rsidR="008E1D84" w:rsidRDefault="008E1D84">
            <w:pPr>
              <w:keepLines/>
            </w:pPr>
          </w:p>
        </w:tc>
      </w:tr>
    </w:tbl>
    <w:p w:rsidR="00F41910" w:rsidRDefault="00F41910">
      <w:pPr>
        <w:pStyle w:val="Nagwek1"/>
      </w:pPr>
    </w:p>
    <w:p w:rsidR="00F41910" w:rsidRDefault="00F41910" w:rsidP="00F41910">
      <w:pPr>
        <w:rPr>
          <w:rFonts w:asciiTheme="majorHAnsi" w:eastAsiaTheme="majorEastAsia" w:hAnsiTheme="majorHAnsi" w:cstheme="majorBidi"/>
          <w:color w:val="1F4E78"/>
          <w:sz w:val="28"/>
          <w:szCs w:val="28"/>
        </w:rPr>
      </w:pPr>
      <w:r>
        <w:br w:type="page"/>
      </w:r>
    </w:p>
    <w:p w:rsidR="008E1D84" w:rsidRDefault="001675FB" w:rsidP="00F41910">
      <w:pPr>
        <w:pStyle w:val="Nagwek1"/>
      </w:pPr>
      <w:r>
        <w:lastRenderedPageBreak/>
        <w:t>5</w:t>
      </w:r>
      <w:r w:rsidR="00F41910">
        <w:t>. Dokonaj audytu swojego stanowiska komputerowego. Co powinno zostać zmodernizowane aby sprzet mógł jeszcze posłużyć na kolejne lata. Odpowiedź uzasadnij.</w:t>
      </w:r>
    </w:p>
    <w:p w:rsidR="008E1D84" w:rsidRDefault="001675FB">
      <w:r>
        <w:t>.</w:t>
      </w:r>
      <w:r>
        <w:t>.......................................................................................................................................................................</w:t>
      </w:r>
    </w:p>
    <w:p w:rsidR="008E1D84" w:rsidRDefault="001675FB">
      <w:r>
        <w:t>..............</w:t>
      </w:r>
      <w:r>
        <w:t>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 w:rsidP="00F41910">
      <w:r>
        <w:t>........................................................................................................................................................................</w:t>
      </w:r>
    </w:p>
    <w:p w:rsidR="00F41910" w:rsidRDefault="00F41910"/>
    <w:p w:rsidR="00F41910" w:rsidRDefault="00F41910"/>
    <w:p w:rsidR="008E1D84" w:rsidRDefault="001675FB">
      <w:pPr>
        <w:pStyle w:val="Nagwek1"/>
      </w:pPr>
      <w:r>
        <w:t>6. Audyt złączy i portów</w:t>
      </w:r>
    </w:p>
    <w:p w:rsidR="008E1D84" w:rsidRDefault="001675FB">
      <w:r>
        <w:t xml:space="preserve">Podczas oględzin stanowisk zanotowano złącza: </w:t>
      </w:r>
      <w:r>
        <w:rPr>
          <w:b/>
        </w:rPr>
        <w:t>USB, HDMI, DisplayPort, RJ-45,</w:t>
      </w:r>
      <w:r>
        <w:rPr>
          <w:b/>
        </w:rPr>
        <w:t xml:space="preserve"> PS/2, VGA, SATA, M.2.</w:t>
      </w:r>
    </w:p>
    <w:p w:rsidR="008E1D84" w:rsidRDefault="001675FB">
      <w:r>
        <w:t>Wpisz je do odpowiednich kategorii. Jeżeli złącze może pasować do więcej niż jednej kategorii, wybierz jego najczęstsze zastosowanie w komputerze PC.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2466"/>
        <w:gridCol w:w="2466"/>
        <w:gridCol w:w="2466"/>
      </w:tblGrid>
      <w:tr w:rsidR="008E1D84">
        <w:trPr>
          <w:jc w:val="center"/>
        </w:trPr>
        <w:tc>
          <w:tcPr>
            <w:tcW w:w="2466" w:type="dxa"/>
            <w:shd w:val="clear" w:color="auto" w:fill="2F5597"/>
            <w:tcMar>
              <w:top w:w="90" w:type="dxa"/>
              <w:left w:w="70" w:type="dxa"/>
              <w:bottom w:w="90" w:type="dxa"/>
              <w:right w:w="7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7"/>
              </w:rPr>
              <w:t>Urządzenia zewnętrzne</w:t>
            </w:r>
          </w:p>
        </w:tc>
        <w:tc>
          <w:tcPr>
            <w:tcW w:w="2466" w:type="dxa"/>
            <w:shd w:val="clear" w:color="auto" w:fill="2F5597"/>
            <w:tcMar>
              <w:top w:w="90" w:type="dxa"/>
              <w:left w:w="70" w:type="dxa"/>
              <w:bottom w:w="90" w:type="dxa"/>
              <w:right w:w="7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7"/>
              </w:rPr>
              <w:t>Obraz</w:t>
            </w:r>
          </w:p>
        </w:tc>
        <w:tc>
          <w:tcPr>
            <w:tcW w:w="2466" w:type="dxa"/>
            <w:shd w:val="clear" w:color="auto" w:fill="2F5597"/>
            <w:tcMar>
              <w:top w:w="90" w:type="dxa"/>
              <w:left w:w="70" w:type="dxa"/>
              <w:bottom w:w="90" w:type="dxa"/>
              <w:right w:w="7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7"/>
              </w:rPr>
              <w:t>Sieć</w:t>
            </w:r>
          </w:p>
        </w:tc>
        <w:tc>
          <w:tcPr>
            <w:tcW w:w="2466" w:type="dxa"/>
            <w:shd w:val="clear" w:color="auto" w:fill="2F5597"/>
            <w:tcMar>
              <w:top w:w="90" w:type="dxa"/>
              <w:left w:w="70" w:type="dxa"/>
              <w:bottom w:w="90" w:type="dxa"/>
              <w:right w:w="70" w:type="dxa"/>
            </w:tcMar>
          </w:tcPr>
          <w:p w:rsidR="008E1D84" w:rsidRDefault="001675FB">
            <w:pPr>
              <w:keepLines/>
            </w:pPr>
            <w:r>
              <w:rPr>
                <w:b/>
                <w:color w:val="FFFFFF"/>
                <w:sz w:val="17"/>
              </w:rPr>
              <w:t>Pamięć masowa</w:t>
            </w:r>
          </w:p>
        </w:tc>
      </w:tr>
      <w:tr w:rsidR="008E1D84">
        <w:trPr>
          <w:jc w:val="center"/>
        </w:trPr>
        <w:tc>
          <w:tcPr>
            <w:tcW w:w="2466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8E1D84" w:rsidRDefault="001675FB">
            <w:pPr>
              <w:keepLines/>
            </w:pPr>
            <w:r>
              <w:br/>
            </w:r>
            <w:r>
              <w:br/>
            </w:r>
          </w:p>
        </w:tc>
        <w:tc>
          <w:tcPr>
            <w:tcW w:w="2466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8E1D84" w:rsidRDefault="001675FB">
            <w:pPr>
              <w:keepLines/>
            </w:pPr>
            <w:r>
              <w:br/>
            </w:r>
            <w:r>
              <w:br/>
            </w:r>
          </w:p>
        </w:tc>
        <w:tc>
          <w:tcPr>
            <w:tcW w:w="2466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8E1D84" w:rsidRDefault="001675FB">
            <w:pPr>
              <w:keepLines/>
            </w:pPr>
            <w:r>
              <w:br/>
            </w:r>
            <w:r>
              <w:br/>
            </w:r>
          </w:p>
        </w:tc>
        <w:tc>
          <w:tcPr>
            <w:tcW w:w="2466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8E1D84" w:rsidRDefault="001675FB">
            <w:pPr>
              <w:keepLines/>
            </w:pPr>
            <w:r>
              <w:br/>
            </w:r>
            <w:r>
              <w:br/>
            </w:r>
          </w:p>
        </w:tc>
      </w:tr>
    </w:tbl>
    <w:p w:rsidR="008E1D84" w:rsidRDefault="00F41910">
      <w:pPr>
        <w:pStyle w:val="Nagwek1"/>
      </w:pPr>
      <w:r>
        <w:t>7</w:t>
      </w:r>
      <w:r w:rsidR="001675FB">
        <w:t xml:space="preserve">. </w:t>
      </w:r>
      <w:r>
        <w:t xml:space="preserve">Zgłoszenie </w:t>
      </w:r>
    </w:p>
    <w:tbl>
      <w:tblPr>
        <w:tblW w:w="0" w:type="auto"/>
        <w:jc w:val="center"/>
        <w:tblBorders>
          <w:top w:val="single" w:sz="7" w:space="0" w:color="70AD47"/>
          <w:left w:val="single" w:sz="7" w:space="0" w:color="70AD47"/>
          <w:bottom w:val="single" w:sz="7" w:space="0" w:color="70AD47"/>
          <w:right w:val="single" w:sz="7" w:space="0" w:color="70AD47"/>
          <w:insideH w:val="single" w:sz="7" w:space="0" w:color="70AD47"/>
          <w:insideV w:val="single" w:sz="7" w:space="0" w:color="70AD47"/>
        </w:tblBorders>
        <w:tblLook w:val="04A0" w:firstRow="1" w:lastRow="0" w:firstColumn="1" w:lastColumn="0" w:noHBand="0" w:noVBand="1"/>
      </w:tblPr>
      <w:tblGrid>
        <w:gridCol w:w="10426"/>
      </w:tblGrid>
      <w:tr w:rsidR="008E1D84">
        <w:trPr>
          <w:jc w:val="center"/>
        </w:trPr>
        <w:tc>
          <w:tcPr>
            <w:tcW w:w="10426" w:type="dxa"/>
            <w:shd w:val="clear" w:color="auto" w:fill="E2F0D9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E1D84" w:rsidRDefault="001675FB">
            <w:pPr>
              <w:keepLines/>
            </w:pPr>
            <w:r>
              <w:rPr>
                <w:b/>
              </w:rPr>
              <w:t xml:space="preserve">Zgłoszenie użytkownika: </w:t>
            </w:r>
            <w:r w:rsidR="00F41910">
              <w:t>„Komputer ma dobry procesor i 8</w:t>
            </w:r>
            <w:r>
              <w:t xml:space="preserve"> GB RAM, ale uruchamia się bardzo długo. Po uruchomieniu programów działa już całkiem dobrze.”</w:t>
            </w:r>
          </w:p>
        </w:tc>
      </w:tr>
    </w:tbl>
    <w:p w:rsidR="008E1D84" w:rsidRDefault="001675FB">
      <w:r>
        <w:rPr>
          <w:b/>
        </w:rPr>
        <w:t>Który podzespół lub parametr sprawdzisz jako pierwszy i dlaczego?</w:t>
      </w:r>
    </w:p>
    <w:p w:rsidR="008E1D84" w:rsidRDefault="001675FB">
      <w:r>
        <w:t>........................................................................................................................................................................</w:t>
      </w:r>
    </w:p>
    <w:p w:rsidR="008E1D84" w:rsidRDefault="001675FB">
      <w:r>
        <w:t>.......................................................................................</w:t>
      </w:r>
      <w:r>
        <w:t>.................................................................................</w:t>
      </w:r>
    </w:p>
    <w:p w:rsidR="008E1D84" w:rsidRDefault="001675FB">
      <w:r>
        <w:t>........................................................................................................................................................................</w:t>
      </w:r>
    </w:p>
    <w:p w:rsidR="005B463D" w:rsidRDefault="005B463D" w:rsidP="005B463D">
      <w:pPr>
        <w:pStyle w:val="Nagwek1"/>
      </w:pPr>
      <w:r>
        <w:t>8</w:t>
      </w:r>
      <w:r>
        <w:t xml:space="preserve">. </w:t>
      </w:r>
      <w:r>
        <w:t>Dokonaj podziału wszystkich wewnątrz i nazewnątrz portów w komputerze. Zanotuj ich zastosowanie do jakiej rodziny złączy ich zaliczamy np. Szeregowe, równoległe, cyfrowe, analogowe.</w:t>
      </w:r>
      <w:bookmarkStart w:id="0" w:name="_GoBack"/>
      <w:bookmarkEnd w:id="0"/>
    </w:p>
    <w:p w:rsidR="005B463D" w:rsidRDefault="005B463D"/>
    <w:sectPr w:rsidR="005B463D" w:rsidSect="00034616">
      <w:headerReference w:type="default" r:id="rId8"/>
      <w:footerReference w:type="default" r:id="rId9"/>
      <w:pgSz w:w="12240" w:h="15840"/>
      <w:pgMar w:top="907" w:right="907" w:bottom="850" w:left="90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5FB" w:rsidRDefault="001675FB">
      <w:pPr>
        <w:spacing w:after="0" w:line="240" w:lineRule="auto"/>
      </w:pPr>
      <w:r>
        <w:separator/>
      </w:r>
    </w:p>
  </w:endnote>
  <w:endnote w:type="continuationSeparator" w:id="0">
    <w:p w:rsidR="001675FB" w:rsidRDefault="0016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D84" w:rsidRDefault="001675FB">
    <w:pPr>
      <w:pStyle w:val="Stopka"/>
      <w:jc w:val="center"/>
    </w:pPr>
    <w:r>
      <w:rPr>
        <w:color w:val="646464"/>
        <w:sz w:val="16"/>
      </w:rPr>
      <w:t xml:space="preserve">Audyt sprzętu komputerowego  •  strona </w:t>
    </w:r>
    <w:r>
      <w:fldChar w:fldCharType="begin"/>
    </w:r>
    <w:r>
      <w:instrText>PAGE</w:instrText>
    </w:r>
    <w:r w:rsidR="00F41910">
      <w:fldChar w:fldCharType="separate"/>
    </w:r>
    <w:r w:rsidR="005B463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5FB" w:rsidRDefault="001675FB">
      <w:pPr>
        <w:spacing w:after="0" w:line="240" w:lineRule="auto"/>
      </w:pPr>
      <w:r>
        <w:separator/>
      </w:r>
    </w:p>
  </w:footnote>
  <w:footnote w:type="continuationSeparator" w:id="0">
    <w:p w:rsidR="001675FB" w:rsidRDefault="00167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D84" w:rsidRDefault="001675FB">
    <w:pPr>
      <w:pStyle w:val="Nagwek"/>
      <w:jc w:val="center"/>
    </w:pPr>
    <w:r>
      <w:rPr>
        <w:b/>
        <w:color w:val="5F5F5F"/>
        <w:sz w:val="16"/>
      </w:rPr>
      <w:t>TECHNIK INFORMATYK • KLASA 2 • AUDYT SPRZĘTU KOMPUTEROWEGO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75FB"/>
    <w:rsid w:val="0029639D"/>
    <w:rsid w:val="00326F90"/>
    <w:rsid w:val="005B463D"/>
    <w:rsid w:val="008E1D84"/>
    <w:rsid w:val="00AA1D8D"/>
    <w:rsid w:val="00B47730"/>
    <w:rsid w:val="00CB0664"/>
    <w:rsid w:val="00F419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9F091"/>
  <w14:defaultImageDpi w14:val="300"/>
  <w15:docId w15:val="{1C049544-A5BE-4DCA-B729-FBFDE142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1F4E7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2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E4D3B1-0E45-4C08-9F54-235D3C00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Audyt sprzętu komputerowego – zadanie praktyczne</dc:title>
  <dc:subject>Technik informatyk, klasa 2</dc:subject>
  <dc:creator/>
  <cp:keywords>audyt sprzętu, technik informatyk, modernizacja, diagnostyka</cp:keywords>
  <dc:description>generated by python-docx</dc:description>
  <cp:lastModifiedBy>Krzysztof</cp:lastModifiedBy>
  <cp:revision>3</cp:revision>
  <dcterms:created xsi:type="dcterms:W3CDTF">2013-12-23T23:15:00Z</dcterms:created>
  <dcterms:modified xsi:type="dcterms:W3CDTF">2026-09-11T14:11:00Z</dcterms:modified>
  <cp:category/>
</cp:coreProperties>
</file>