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INFORMATYKA – KLASA 1 TECHNIKUM</w:t>
      </w:r>
    </w:p>
    <w:p>
      <w:pPr>
        <w:pStyle w:val="Title"/>
        <w:jc w:val="center"/>
      </w:pPr>
      <w:r>
        <w:t>Ćwiczenia wprowadzające</w:t>
        <w:br/>
        <w:t>Arkusz kalkulacyjny – funkcja JEŻELI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21"/>
              </w:rPr>
              <w:t>Imię i nazwisko:</w:t>
            </w:r>
          </w:p>
        </w:tc>
        <w:tc>
          <w:tcPr>
            <w:tcW w:type="dxa" w:w="51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51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21"/>
              </w:rPr>
              <w:t>Data:</w:t>
            </w:r>
          </w:p>
        </w:tc>
        <w:tc>
          <w:tcPr>
            <w:tcW w:type="dxa" w:w="510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sz w:val="21"/>
              </w:rPr>
            </w:r>
          </w:p>
        </w:tc>
      </w:tr>
    </w:tbl>
    <w:p/>
    <w:p>
      <w:r>
        <w:rPr>
          <w:b/>
        </w:rPr>
        <w:t xml:space="preserve">Cel zajęć: </w:t>
      </w:r>
      <w:r>
        <w:t>poznanie podstaw działania arkusza kalkulacyjnego oraz zastosowanie funkcji JEŻELI do podejmowania prostych decyzji na podstawie danych.</w:t>
      </w:r>
    </w:p>
    <w:p>
      <w:r>
        <w:rPr>
          <w:b/>
        </w:rPr>
        <w:t>Zapamiętaj</w:t>
      </w:r>
      <w:r>
        <w:t xml:space="preserve"> – funkcja JEŻELI sprawdza warunek i zwraca jeden wynik, gdy warunek jest spełniony, a inny, gdy nie jest spełniony.</w:t>
      </w:r>
    </w:p>
    <w:p>
      <w:pPr>
        <w:jc w:val="center"/>
        <w:shd w:fill="F2F2F2"/>
        <w:keepNext/>
      </w:pPr>
      <w:r>
        <w:rPr>
          <w:rFonts w:ascii="Courier New" w:hAnsi="Courier New"/>
          <w:b/>
          <w:sz w:val="21"/>
        </w:rPr>
        <w:t>=JEŻELI(warunek; wartość_jeżeli_prawda; wartość_jeżeli_fałsz)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226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Operator</w:t>
            </w:r>
          </w:p>
        </w:tc>
        <w:tc>
          <w:tcPr>
            <w:tcW w:type="dxa" w:w="5669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Znaczenie</w:t>
            </w:r>
          </w:p>
        </w:tc>
      </w:tr>
      <w:tr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=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równe</w:t>
            </w:r>
          </w:p>
        </w:tc>
      </w:tr>
      <w:tr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&gt;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większe</w:t>
            </w:r>
          </w:p>
        </w:tc>
      </w:tr>
      <w:tr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&lt;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mniejsze</w:t>
            </w:r>
          </w:p>
        </w:tc>
      </w:tr>
      <w:tr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&gt;=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większe lub równe</w:t>
            </w:r>
          </w:p>
        </w:tc>
      </w:tr>
      <w:tr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&lt;=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mniejsze lub równe</w:t>
            </w:r>
          </w:p>
        </w:tc>
      </w:tr>
      <w:tr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&lt;&gt;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różne</w:t>
            </w:r>
          </w:p>
        </w:tc>
      </w:tr>
    </w:tbl>
    <w:p/>
    <w:p>
      <w:pPr>
        <w:pStyle w:val="Heading1"/>
      </w:pPr>
      <w:r>
        <w:t>Ćwiczenie 1. Pierwsza decyzja – zaliczone czy nie?</w:t>
      </w:r>
    </w:p>
    <w:p>
      <w:r>
        <w:t>Uczeń zalicza zadanie, jeżeli zdobył co najmniej 5 punktów.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A – Uczeń</w:t>
            </w:r>
          </w:p>
        </w:tc>
        <w:tc>
          <w:tcPr>
            <w:tcW w:type="dxa" w:w="226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B – Punkty</w:t>
            </w:r>
          </w:p>
        </w:tc>
        <w:tc>
          <w:tcPr>
            <w:tcW w:type="dxa" w:w="340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C – Wynik</w:t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Anna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Kamil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Ola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Michał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Julia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</w:tbl>
    <w:p/>
    <w:p>
      <w:pPr>
        <w:pStyle w:val="Heading2"/>
      </w:pPr>
      <w:r>
        <w:t>Wykonaj ćwiczenie według instrukcji:</w:t>
      </w:r>
    </w:p>
    <w:p>
      <w:pPr>
        <w:spacing w:after="40"/>
        <w:ind w:left="397" w:hanging="312"/>
      </w:pPr>
      <w:r>
        <w:rPr>
          <w:sz w:val="21"/>
        </w:rPr>
        <w:t>1.  Uruchom program Microsoft Excel lub LibreOffice Calc i otwórz pusty arkusz.</w:t>
      </w:r>
    </w:p>
    <w:p>
      <w:pPr>
        <w:spacing w:after="40"/>
        <w:ind w:left="397" w:hanging="312"/>
      </w:pPr>
      <w:r>
        <w:rPr>
          <w:sz w:val="21"/>
        </w:rPr>
        <w:t>2.  Przepisz powyższą tabelę do komórek A1:C6.</w:t>
      </w:r>
    </w:p>
    <w:p>
      <w:pPr>
        <w:spacing w:after="40"/>
        <w:ind w:left="397" w:hanging="312"/>
      </w:pPr>
      <w:r>
        <w:rPr>
          <w:sz w:val="21"/>
        </w:rPr>
        <w:t>3.  Kliknij komórkę C2.</w:t>
      </w:r>
    </w:p>
    <w:p>
      <w:pPr>
        <w:spacing w:after="40"/>
        <w:ind w:left="397" w:hanging="312"/>
      </w:pPr>
      <w:r>
        <w:rPr>
          <w:sz w:val="21"/>
        </w:rPr>
        <w:t>4.  Wpisz poniższą formułę i zatwierdź klawiszem Enter:</w:t>
      </w:r>
    </w:p>
    <w:p>
      <w:pPr>
        <w:jc w:val="center"/>
        <w:shd w:fill="F2F2F2"/>
        <w:keepNext/>
      </w:pPr>
      <w:r>
        <w:rPr>
          <w:rFonts w:ascii="Courier New" w:hAnsi="Courier New"/>
          <w:b/>
          <w:sz w:val="21"/>
        </w:rPr>
        <w:t>=JEŻELI(B2&gt;=5;"ZALICZONE";"NIEZALICZONE")</w:t>
      </w:r>
    </w:p>
    <w:p>
      <w:pPr>
        <w:spacing w:after="40"/>
        <w:ind w:left="397" w:hanging="312"/>
      </w:pPr>
      <w:r>
        <w:rPr>
          <w:sz w:val="21"/>
        </w:rPr>
        <w:t>5.  Ustaw kursor na prawym dolnym rogu komórki C2 i przeciągnij uchwyt wypełniania do komórki C6.</w:t>
      </w:r>
    </w:p>
    <w:p>
      <w:pPr>
        <w:spacing w:after="40"/>
        <w:ind w:left="397" w:hanging="312"/>
      </w:pPr>
      <w:r>
        <w:rPr>
          <w:sz w:val="21"/>
        </w:rPr>
        <w:t>6.  Sprawdź, czy wynik zmienia się w zależności od liczby punktów.</w:t>
      </w:r>
    </w:p>
    <w:p>
      <w:r>
        <w:rPr>
          <w:b/>
        </w:rPr>
        <w:t xml:space="preserve">Odpowiedz: </w:t>
      </w:r>
      <w:r>
        <w:t>Którzy uczniowie nie zaliczyli zadania?</w:t>
      </w:r>
    </w:p>
    <w:p>
      <w:pPr>
        <w:spacing w:after="60"/>
      </w:pPr>
      <w:r>
        <w:t>............................................................................................................................</w:t>
      </w:r>
    </w:p>
    <w:p>
      <w:pPr>
        <w:pStyle w:val="Heading1"/>
      </w:pPr>
      <w:r>
        <w:t>Ćwiczenie 2. Liczba dodatnia czy nie?</w:t>
      </w:r>
    </w:p>
    <w:p>
      <w:r>
        <w:t>Arkusz ma rozpoznać, czy wpisana liczba jest dodatnia.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340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A – Liczba</w:t>
            </w:r>
          </w:p>
        </w:tc>
        <w:tc>
          <w:tcPr>
            <w:tcW w:type="dxa" w:w="5669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B – Informacja</w:t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12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-7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0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28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-3</w:t>
            </w:r>
          </w:p>
        </w:tc>
        <w:tc>
          <w:tcPr>
            <w:tcW w:type="dxa" w:w="56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</w:tbl>
    <w:p/>
    <w:p>
      <w:pPr>
        <w:spacing w:after="40"/>
        <w:ind w:left="397" w:hanging="312"/>
      </w:pPr>
      <w:r>
        <w:rPr>
          <w:sz w:val="21"/>
        </w:rPr>
        <w:t>1.  Przepisz tabelę do nowego obszaru arkusza.</w:t>
      </w:r>
    </w:p>
    <w:p>
      <w:pPr>
        <w:spacing w:after="40"/>
        <w:ind w:left="397" w:hanging="312"/>
      </w:pPr>
      <w:r>
        <w:rPr>
          <w:sz w:val="21"/>
        </w:rPr>
        <w:t>2.  W komórce B2 wpisz formułę:</w:t>
      </w:r>
    </w:p>
    <w:p>
      <w:pPr>
        <w:jc w:val="center"/>
        <w:shd w:fill="F2F2F2"/>
        <w:keepNext/>
      </w:pPr>
      <w:r>
        <w:rPr>
          <w:rFonts w:ascii="Courier New" w:hAnsi="Courier New"/>
          <w:b/>
          <w:sz w:val="21"/>
        </w:rPr>
        <w:t>=JEŻELI(A2&gt;0;"DODATNIA";"NIEDODATNIA")</w:t>
      </w:r>
    </w:p>
    <w:p>
      <w:pPr>
        <w:spacing w:after="40"/>
        <w:ind w:left="397" w:hanging="312"/>
      </w:pPr>
      <w:r>
        <w:rPr>
          <w:sz w:val="21"/>
        </w:rPr>
        <w:t>3.  Skopiuj formułę do pozostałych wierszy.</w:t>
      </w:r>
    </w:p>
    <w:p>
      <w:pPr>
        <w:spacing w:after="40"/>
        <w:ind w:left="397" w:hanging="312"/>
      </w:pPr>
      <w:r>
        <w:rPr>
          <w:sz w:val="21"/>
        </w:rPr>
        <w:t>4.  Zmień jedną z liczb i obserwuj, czy wynik w kolumnie B zmieni się automatycznie.</w:t>
      </w:r>
    </w:p>
    <w:p>
      <w:r>
        <w:rPr>
          <w:b/>
        </w:rPr>
        <w:t xml:space="preserve">Zastanów się: </w:t>
      </w:r>
      <w:r>
        <w:t>Dlaczego dla liczby 0 pojawia się napis „NIEDODATNIA”?</w:t>
      </w:r>
    </w:p>
    <w:p>
      <w:pPr>
        <w:spacing w:after="60"/>
      </w:pPr>
      <w:r>
        <w:t>............................................................................................................................</w:t>
      </w:r>
    </w:p>
    <w:p>
      <w:pPr>
        <w:pStyle w:val="Heading1"/>
      </w:pPr>
      <w:r>
        <w:t>Ćwiczenie 3. Czy klient otrzyma rabat?</w:t>
      </w:r>
    </w:p>
    <w:p>
      <w:pPr>
        <w:keepNext/>
      </w:pPr>
      <w:r>
        <w:t>Sklep przyznaje rabat, jeżeli wartość zakupów wynosi co najmniej 200 zł.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11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A – Klient</w:t>
            </w:r>
          </w:p>
        </w:tc>
        <w:tc>
          <w:tcPr>
            <w:tcW w:type="dxa" w:w="311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B – Zakupy [zł]</w:t>
            </w:r>
          </w:p>
        </w:tc>
        <w:tc>
          <w:tcPr>
            <w:tcW w:type="dxa" w:w="311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C – Rabat</w:t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Klient 1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120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Klient 2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280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Klient 3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200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Klient 4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Klient 5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420</w:t>
            </w:r>
          </w:p>
        </w:tc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</w:tbl>
    <w:p/>
    <w:p>
      <w:pPr>
        <w:spacing w:after="40"/>
        <w:ind w:left="397" w:hanging="312"/>
      </w:pPr>
      <w:r>
        <w:rPr>
          <w:sz w:val="21"/>
        </w:rPr>
        <w:t>1.  Wprowadź dane do arkusza.</w:t>
      </w:r>
    </w:p>
    <w:p>
      <w:pPr>
        <w:spacing w:after="40"/>
        <w:ind w:left="397" w:hanging="312"/>
      </w:pPr>
      <w:r>
        <w:rPr>
          <w:sz w:val="21"/>
        </w:rPr>
        <w:t>2.  W komórce C2 wpisz formułę:</w:t>
      </w:r>
    </w:p>
    <w:p>
      <w:pPr>
        <w:jc w:val="center"/>
        <w:shd w:fill="F2F2F2"/>
        <w:keepNext/>
      </w:pPr>
      <w:r>
        <w:rPr>
          <w:rFonts w:ascii="Courier New" w:hAnsi="Courier New"/>
          <w:b/>
          <w:sz w:val="21"/>
        </w:rPr>
        <w:t>=JEŻELI(B2&gt;=200;"TAK";"NIE")</w:t>
      </w:r>
    </w:p>
    <w:p>
      <w:pPr>
        <w:spacing w:after="40"/>
        <w:ind w:left="397" w:hanging="312"/>
      </w:pPr>
      <w:r>
        <w:rPr>
          <w:sz w:val="21"/>
        </w:rPr>
        <w:t>3.  Skopiuj formułę do kolejnych komórek.</w:t>
      </w:r>
    </w:p>
    <w:p>
      <w:pPr>
        <w:spacing w:after="40"/>
        <w:ind w:left="397" w:hanging="312"/>
      </w:pPr>
      <w:r>
        <w:rPr>
          <w:sz w:val="21"/>
        </w:rPr>
        <w:t>4.  Sprawdź, co wyświetli arkusz dla kwoty dokładnie 200 zł.</w:t>
      </w:r>
    </w:p>
    <w:p>
      <w:pPr>
        <w:spacing w:after="40"/>
        <w:ind w:left="397" w:hanging="312"/>
      </w:pPr>
      <w:r>
        <w:rPr>
          <w:sz w:val="21"/>
        </w:rPr>
        <w:t>5.  Zmień kwotę 120 zł na 220 zł i sprawdź wynik.</w:t>
      </w:r>
    </w:p>
    <w:p>
      <w:r>
        <w:rPr>
          <w:b/>
        </w:rPr>
        <w:t xml:space="preserve">Odpowiedz: </w:t>
      </w:r>
      <w:r>
        <w:t>Jaki operator sprawia, że kwota 200 zł także spełnia warunek?</w:t>
      </w:r>
    </w:p>
    <w:p>
      <w:pPr>
        <w:spacing w:after="60"/>
      </w:pPr>
      <w:r>
        <w:t>............................................................................................................................</w:t>
      </w:r>
    </w:p>
    <w:p>
      <w:pPr>
        <w:pStyle w:val="Heading1"/>
      </w:pPr>
      <w:r>
        <w:t>Ćwiczenie 4. Pełnoletni czy niepełnoletni?</w:t>
      </w:r>
    </w:p>
    <w:p>
      <w:r>
        <w:t>W kolumnie C arkusz ma wyświetlić informację na podstawie wieku osoby.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11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A – Imię</w:t>
            </w:r>
          </w:p>
        </w:tc>
        <w:tc>
          <w:tcPr>
            <w:tcW w:type="dxa" w:w="2268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B – Wiek</w:t>
            </w:r>
          </w:p>
        </w:tc>
        <w:tc>
          <w:tcPr>
            <w:tcW w:type="dxa" w:w="3969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C – Status</w:t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Adam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17</w:t>
            </w:r>
          </w:p>
        </w:tc>
        <w:tc>
          <w:tcPr>
            <w:tcW w:type="dxa" w:w="39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Maja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18</w:t>
            </w:r>
          </w:p>
        </w:tc>
        <w:tc>
          <w:tcPr>
            <w:tcW w:type="dxa" w:w="39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Oskar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16</w:t>
            </w:r>
          </w:p>
        </w:tc>
        <w:tc>
          <w:tcPr>
            <w:tcW w:type="dxa" w:w="39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Zofia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20</w:t>
            </w:r>
          </w:p>
        </w:tc>
        <w:tc>
          <w:tcPr>
            <w:tcW w:type="dxa" w:w="39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311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Piotr</w:t>
            </w:r>
          </w:p>
        </w:tc>
        <w:tc>
          <w:tcPr>
            <w:tcW w:type="dxa" w:w="226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18</w:t>
            </w:r>
          </w:p>
        </w:tc>
        <w:tc>
          <w:tcPr>
            <w:tcW w:type="dxa" w:w="3969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</w:tbl>
    <w:p/>
    <w:p>
      <w:pPr>
        <w:ind w:left="283"/>
      </w:pPr>
      <w:r>
        <w:t>Tym razem spróbuj samodzielnie zbudować formułę. Warunek:</w:t>
      </w:r>
      <w:r>
        <w:rPr>
          <w:b/>
        </w:rPr>
        <w:t>• jeśli wiek wynosi co najmniej 18 lat → „PEŁNOLETNI”,</w:t>
        <w:br/>
        <w:t>• w przeciwnym razie → „NIEPEŁNOLETNI”.</w:t>
      </w:r>
    </w:p>
    <w:p>
      <w:pPr>
        <w:keepNext/>
      </w:pPr>
      <w:r>
        <w:t>Wpisz poniżej formułę, której użyjesz w komórce C2:</w:t>
      </w:r>
    </w:p>
    <w:p>
      <w:pPr>
        <w:spacing w:after="60"/>
      </w:pPr>
      <w:r>
        <w:t>............................................................................................................................</w:t>
      </w:r>
    </w:p>
    <w:p>
      <w:pPr>
        <w:pStyle w:val="Heading1"/>
      </w:pPr>
      <w:r>
        <w:t>Ćwiczenie 5. Temperatura komputera</w:t>
      </w:r>
    </w:p>
    <w:p>
      <w:r>
        <w:t>Jeżeli temperatura procesora przekracza 75°C, komputer wymaga kontroli.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2835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A – Komputer</w:t>
            </w:r>
          </w:p>
        </w:tc>
        <w:tc>
          <w:tcPr>
            <w:tcW w:type="dxa" w:w="340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B – Temperatura [°C]</w:t>
            </w:r>
          </w:p>
        </w:tc>
        <w:tc>
          <w:tcPr>
            <w:tcW w:type="dxa" w:w="3402"/>
            <w:shd w:fill="D9EAF7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1"/>
              </w:rPr>
              <w:t>C – Status</w:t>
            </w:r>
          </w:p>
        </w:tc>
      </w:tr>
      <w:t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PC01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52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PC02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76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PC03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63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PC04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88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  <w:tr>
        <w:tc>
          <w:tcPr>
            <w:tcW w:type="dxa" w:w="283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left"/>
            </w:pPr>
            <w:r>
              <w:rPr>
                <w:sz w:val="21"/>
              </w:rPr>
              <w:t>PC05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  <w:t>75</w:t>
            </w:r>
          </w:p>
        </w:tc>
        <w:tc>
          <w:tcPr>
            <w:tcW w:type="dxa" w:w="3402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sz w:val="21"/>
              </w:rPr>
            </w:r>
          </w:p>
        </w:tc>
      </w:tr>
    </w:tbl>
    <w:p/>
    <w:p>
      <w:r>
        <w:t>Utwórz formułę, która wyświetli:</w:t>
      </w:r>
      <w:r>
        <w:rPr>
          <w:b/>
        </w:rPr>
        <w:br/>
        <w:t>• „DO KONTROLI” – gdy temperatura jest większa niż 75°C,</w:t>
        <w:br/>
        <w:t>• „OK” – w pozostałych przypadkach.</w:t>
      </w:r>
    </w:p>
    <w:p>
      <w:r>
        <w:t>Wpisz swoją formułę:</w:t>
      </w:r>
    </w:p>
    <w:p>
      <w:pPr>
        <w:spacing w:after="60"/>
      </w:pPr>
      <w:r>
        <w:t>............................................................................................................................</w:t>
      </w:r>
    </w:p>
    <w:p>
      <w:r>
        <w:rPr>
          <w:b/>
        </w:rPr>
        <w:t xml:space="preserve">Sprawdź: </w:t>
      </w:r>
      <w:r>
        <w:t>Jaki wynik otrzyma komputer PC05 z temperaturą dokładnie 75°C? Wyjaśnij dlaczego.</w:t>
      </w:r>
    </w:p>
    <w:p>
      <w:pPr>
        <w:spacing w:after="60"/>
      </w:pPr>
      <w:r>
        <w:t>............................................................................................................................</w:t>
      </w:r>
    </w:p>
    <w:p>
      <w:pPr>
        <w:pStyle w:val="Heading1"/>
      </w:pPr>
      <w:r>
        <w:t>Podsumowanie</w:t>
      </w:r>
    </w:p>
    <w:p>
      <w:r>
        <w:t>Uzupełnij zdania:</w:t>
      </w:r>
    </w:p>
    <w:p>
      <w:pPr>
        <w:pStyle w:val="ListBullet"/>
      </w:pPr>
      <w:r>
        <w:t>Funkcja JEŻELI służy do ........................................................................................................</w:t>
      </w:r>
    </w:p>
    <w:p>
      <w:pPr>
        <w:pStyle w:val="ListBullet"/>
      </w:pPr>
      <w:r>
        <w:t>Operator &gt;= oznacza ..............................................................................................................</w:t>
      </w:r>
    </w:p>
    <w:p>
      <w:pPr>
        <w:pStyle w:val="ListBullet"/>
      </w:pPr>
      <w:r>
        <w:t>Tekst w formule zapisujemy w ..................................................................................................</w:t>
      </w:r>
    </w:p>
    <w:p>
      <w:pPr>
        <w:pStyle w:val="ListBullet"/>
      </w:pPr>
      <w:r>
        <w:t>Po skopiowaniu formuły odwołanie B2 zmienia się odpowiednio do nowego wiersza.</w:t>
      </w:r>
    </w:p>
    <w:p>
      <w:pPr>
        <w:jc w:val="center"/>
      </w:pPr>
      <w:r>
        <w:rPr>
          <w:b/>
          <w:sz w:val="22"/>
        </w:rPr>
        <w:t>Po wykonaniu ćwiczeń zapisz plik pod nazwą: Nazwisko_Imie_JEZELI.xlsx</w:t>
      </w:r>
    </w:p>
    <w:sectPr w:rsidR="00FC693F" w:rsidRPr="0006063C" w:rsidSect="00034616">
      <w:footerReference w:type="default" r:id="rId9"/>
      <w:pgSz w:w="12240" w:h="15840"/>
      <w:pgMar w:top="850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Informatyka – klasa 1 technikum | Arkusz kalkulacyjny – ćwiczenia wprowadzające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